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התחלות חדשות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"התחלות חדשות"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🌱 התחלות חדשות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הַתְחָלָה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התחלות חדשות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🌱 🌅 👣  משפט השבוע: כָּל יוֹם הוּא הַתְחָלָה חֲדָשָׁה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וּמַשְׁלִימִים  |  תּוֹדָה  |  הַתְחָלָה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"כָּל יוֹם הוּא הַתְחָלָה חֲדָשָׁה"?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🕊️ סליחה ופיוס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🌱 התחלות חדשות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לנסות לאכול או לשחק משהו 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להתחיל כל בוקר בחיוך ובשלום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כָּל יוֹם הוּא ________ חֲדָשָׁה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תרצו לנסות בפעם הראשונה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לנסות לאכול או לשחק משהו חדש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התחלות חדשות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