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התחלות חדשות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"התחלות חדשות"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new / новый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beginning / начало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try / пробовать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step / шаг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התחלות חדשות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התחלה חדשה זה לנסות משהו בפעם הראשונה. גם אם קשה, אפשר לנסות שוב.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new · новый · አዲስ · جديد · nouveau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beginning · начало · መጀመሪያ · بداية · début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 · пробовать · መሞከር · يحاول · essayer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step · шаг · እርምጃ · خطوة · pas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חדש  |  התחלה  |  לנסות  |  צעד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new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לנסות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חדש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beginning / начало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try / пробовать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step / шаг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new / новый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התחלה ________ה זה לנסות משהו בפעם הראשונה. גם אם קשה, אפשר לנסות שוב.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"חדש".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תרצו לנסות בפעם הראשונה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לנסות לאכול או לשחק משהו חדש / להתחיל כל בוקר בחיוך ובשלום)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התחלות חדשות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