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התחלות חדשות</w:t>
      </w:r>
    </w:p>
    <w:p>
      <w:pPr>
        <w:bidi/>
        <w:jc w:val="right"/>
      </w:pPr>
      <w:r>
        <w:rPr>
          <w:rFonts w:ascii="Arial" w:hAnsi="Arial" w:cs="Arial"/>
          <w:sz w:val="24"/>
          <w:rtl/>
          <w:szCs w:val="24"/>
        </w:rPr>
        <w:t>• 🎯 מטרה: לתרגל את ערך השבוע "התחלות חדשות"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היכולת לפתוח דף חדש, לנסות שוב ולהתחיל משהו בלי לדעת איך ייגמר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היכולת להודות בטעות, לבקש סליחה, לסלוח ולחזור לקשר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לשים לב לטוב שקיבלנו, להודות עליו בקול ולהחזיר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קשר של אמון, הנאה ודאגה הדדית בין אנשים שבוחרים זה בזה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ראשון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312211 (כל שורה מתארת את הקודמת: שלוש אחדות, שתי שתיים, אחת אחת)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התחלות חדשות – דף תרגול</w:t>
      </w:r>
    </w:p>
    <w:p>
      <w:pPr>
        <w:bidi/>
        <w:jc w:val="right"/>
      </w:pPr>
      <w:r>
        <w:rPr>
          <w:rFonts w:ascii="Arial" w:hAnsi="Arial" w:cs="Arial"/>
          <w:color w:val="555577"/>
          <w:sz w:val="24"/>
          <w:rtl/>
          <w:szCs w:val="24"/>
        </w:rPr>
        <w:t>ערך השבוע: התחלות חדשות – היכולת לפתוח דף חדש, לנסות שוב ולהתחיל משהו בלי לדעת איך ייגמר.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טל החליטה להצטרף לחוג חדש שאף אחד מהחברים שלה לא הולך אליו. בדרך לשם היא חשבה לחזור הביתה כמעט בכל רמזור. כשנכנסה, אף אחד לא הסתכל עליה מוזר, ואחת הבנות אפילו פינתה לה מקום. למה הפחד לפני ההתחלה גדול לפעמים מההתחלה עצמה?</w:t>
      </w:r>
    </w:p>
    <w:p>
      <w:pPr>
        <w:bidi/>
        <w:jc w:val="right"/>
      </w:pPr>
      <w:r>
        <w:rPr>
          <w:rFonts w:ascii="Arial" w:hAnsi="Arial" w:cs="Arial"/>
          <w:sz w:val="24"/>
          <w:rtl/>
          <w:szCs w:val="24"/>
        </w:rPr>
        <w:t>1. מה מפחיד יותר: להתחיל ולא להצליח או לא להתחיל בכלל?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איזה הרגל קטן הייתם רוצים להתחיל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צריך תאריך מיוחד כדי להתחיל מחדש?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"התחלות חדשות"?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לפתוח דף חדש עם מישהו שהסתבכתי איתו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לנסות פעילות שלא ניסיתי אף פעם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להתחיל הרגל קטן אחד ולסמן כל יום שעשיתי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התחלות חדשות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היכולת להודות בטעות, לבקש סליחה, לסלוח ולחזור לקשר טוב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סליחה ופיוס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לפתוח דף חדש, לנסות שוב ולהתחיל משהו בלי לדעת איך ייגמר</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קשר של אמון, הנאה ודאגה הדדית בין אנשים שבוחרים זה בזה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לשים לב לטוב שקיבלנו, להודות עליו בקול ולהחזיר טוב</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צעד ________ קטן מתחיל דרך גדולה"</w:t>
      </w:r>
    </w:p>
    <w:p>
      <w:pPr>
        <w:bidi/>
        <w:jc w:val="right"/>
      </w:pPr>
      <w:r>
        <w:rPr>
          <w:rFonts w:ascii="Arial" w:hAnsi="Arial" w:cs="Arial"/>
          <w:sz w:val="24"/>
          <w:rtl/>
          <w:szCs w:val="24"/>
        </w:rPr>
        <w:t>2. 🧩 חידה: מה השורה הבאה: 1, 11, 21, 1211, 111221,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להתחיל הרגל קטן אחד ולסמן כל יום שעשיתי · לנסות פעילות שלא ניסיתי אף פעם · לפתוח דף חדש עם מישהו שהסתבכתי איתו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על עצמכם כשהתחלתם משהו חדש?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התחלתם השבוע, אפילו משהו קטן?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התחלות חדשות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