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התחלות חדשות</w:t>
      </w:r>
    </w:p>
    <w:p>
      <w:pPr>
        <w:bidi/>
        <w:jc w:val="right"/>
      </w:pPr>
      <w:r>
        <w:rPr>
          <w:rFonts w:ascii="Arial" w:hAnsi="Arial" w:cs="Arial"/>
          <w:sz w:val="24"/>
          <w:rtl/>
          <w:szCs w:val="24"/>
        </w:rPr>
        <w:t>• 🎯 מטרה: לתרגל את ערך השבוע "התחלות חדשות"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יסודי ג׳–ו׳</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ג – היכולת לפתוח דף חדש, לנסות שוב ולהתחיל משהו בלי לדעת איך ייגמר</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ד – היכולת להודות בטעות, לבקש סליחה, לסלוח ולחזור לקשר טוב</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א – לשים לב לטוב שקיבלנו, להודות עליו בקול ולהחזיר טוב</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ב – קשר של אמון, הנאה ודאגה הדדית בין אנשים שבוחרים זה בזה</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ראשון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הגיל</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התחלות חדשות – דף תרגול</w:t>
      </w:r>
    </w:p>
    <w:p>
      <w:pPr>
        <w:bidi/>
        <w:jc w:val="right"/>
      </w:pPr>
      <w:r>
        <w:rPr>
          <w:rFonts w:ascii="Arial" w:hAnsi="Arial" w:cs="Arial"/>
          <w:color w:val="555577"/>
          <w:sz w:val="24"/>
          <w:rtl/>
          <w:szCs w:val="24"/>
        </w:rPr>
        <w:t>ערך השבוע: התחלות חדשות – היכולת לפתוח דף חדש, לנסות שוב ולהתחיל משהו בלי לדעת איך ייגמר.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יוסף הבטיח לעצמו שהשנה יתחיל לנגן בגיטרה. אחרי שבוע האצבעות כאבו והשיר עדיין נשמע כמו חתול עצבני. הוא כמעט ויתר, עד שסבא שלו סיפר שגם הוא ניגן ככה בהתחלה. מה עוזר להמשיך כשההתחלה קשה?</w:t>
      </w:r>
    </w:p>
    <w:p>
      <w:pPr>
        <w:bidi/>
        <w:jc w:val="right"/>
      </w:pPr>
      <w:r>
        <w:rPr>
          <w:rFonts w:ascii="Arial" w:hAnsi="Arial" w:cs="Arial"/>
          <w:sz w:val="24"/>
          <w:rtl/>
          <w:szCs w:val="24"/>
        </w:rPr>
        <w:t>1. ספרו, מי שרוצה, על משהו שהיה קשה בהתחלה ונהיה קל</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מה אפשר להגיד לחבר שמפחד להתחיל משהו חדש?</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"התחלות חדשות"?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להתחיל כל בוקר בחיוך ובשלום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לנסות לאכול או לשחק משהו חדש</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לסדר את הילקוט מחדש ביום ראשון</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לוותר מיד כשקשה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לקחת בלי לבקש רשות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התחלות חדשות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לשים לב לטוב שקיבלנו, להודות עליו בקול ולהחזיר טוב</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סליחה ופיוס</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קשר של אמון, הנאה ודאגה הדדית בין אנשים שבוחרים זה בזה</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תודה והכרת הטוב</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היכולת לפתוח דף חדש, לנסות שוב ולהתחיל משהו בלי לדעת איך ייגמר</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חברות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היכולת להודות בטעות, לבקש סליחה, לסלוח ולחזור לקשר טוב</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"כל צעד ________ קטן מתחיל דרך גדולה"</w:t>
      </w:r>
    </w:p>
    <w:p>
      <w:pPr>
        <w:bidi/>
        <w:jc w:val="right"/>
      </w:pPr>
      <w:r>
        <w:rPr>
          <w:rFonts w:ascii="Arial" w:hAnsi="Arial" w:cs="Arial"/>
          <w:sz w:val="24"/>
          <w:rtl/>
          <w:szCs w:val="24"/>
        </w:rPr>
        <w:t>2. 🧩 חידה: מה עולה ועולה כל שנה, ואף פעם לא יורד?</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לנסות לאכול או לשחק משהו חדש · להתחיל כל בוקר בחיוך ובשלום · לסדר את הילקוט מחדש ביום ראשון</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למדתם על עצמכם כשהתחלתם משהו חדש?</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מה התחלתם השבוע, אפילו משהו קטן?</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התחלות חדשות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