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סליחה ופיוס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"סליחה ופיוס"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יסודי ג׳–ו׳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לקרוא את הסיפור בקול לפני העבודה העצמית, ולסיים בשיחה במעגל (10 דקות).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בשאלות הדעה מעריכים נימוק ודוגמה, לא "תשובה נכונה".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לשבוע של הערך בלוח השבועי באתר, אבל אפשר להשתמש בו בכל זמן.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היכולת להודות בטעות, לבקש סליחה, לסלוח ולחזור לקשר טוב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לשים לב לטוב שקיבלנו, להודות עליו בקול ולהחזיר טוב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קשר של אמון, הנאה ודאגה הדדית בין אנשים שבוחרים זה בזה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היכולת לחכות, להתמיד ולהישאר רגועים גם כשמשהו לוקח זמן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אמיתית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השקט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 ברורה, צעד מעשי אחד לפחות, דרך לבדוק הצלחה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🕊️ סליחה ופיוס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ערך השבוע: סליחה ופיוס – היכולת להודות בטעות, לבקש סליחה, לסלוח ולחזור לקשר טוב. קראו, ענו וכתבו. אין תשובה אחת נכונה בשאלות האישיות.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סיפור קצר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📖 נועה ואדל רבו על מי תשב ליד החלון באוטובוס של הטיול. כל הדרך הן לא דיברו, ושתיהן החמיצו את הנוף כי היו עסוקות בלכעוס. בדרך חזרה אדל הציעה: "בואי נתחלף כל חצי שעה." מה עלה להן הריב, ומה החזיר אותן?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למה לפעמים כל כך קשה להגיד סליחה?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עוד אפשר לעשות חוץ מלהגיד את המילה?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הייתם עושים במקום הדמות בסיפור?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 מחזק את הערך?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האם המעשה מחזק את ערך השבוע "סליחה ופיוס"?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לעזור לתקן משהו שהתקלקל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לסלוח לחבר שביקש סליחה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ללעוג למי שטועה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לצעוק כדי שישמעו רק אותי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להגיד סליחה כשאני טועה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מתאימים ערך להסבר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ערך את האות של ההסבר המתאים 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🕊️ סליחה ופיוס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לשים לב לטוב שקיבלנו, להודות עליו בקול ולהחזיר טוב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🙏 תודה והכרת הטוב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היכולת להודות בטעות, לבקש סליחה, לסלוח ולחזור לקשר טוב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🤝 חברות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קשר של אמון, הנאה ודאגה הדדית בין אנשים שבוחרים זה בזה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⏳ סבלנות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היכולת לחכות, להתמיד ולהישאר רגועים גם כשמשהו לוקח זמן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 השבוע וחידה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השלימו את משפט השבוע: "סליחה ________ היא גשר, לא רק מילה"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🧩 חידה: מה נשבר ברגע שאומרים את השם שלו?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המטרה שלי לשבוע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מטרה אחת (או כתבו מטרה משלכם) ותכננו איך תעשו אותה: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אפשרויות: להגיד סליחה כשאני טועה · לסלוח לחבר שביקש סליחה · לעזור לתקן משהו שהתקלקל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אעשה? מתי? עם מי?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איך אדע שהצלחתי?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למדתם השבוע על סליחה?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מתי השבוע ראיתם מישהו עושה פיוס יפה?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סליחה ופיוס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